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b/>
          <w:sz w:val="36"/>
        </w:rPr>
        <w:t>课程讲义校对练习</w:t>
      </w:r>
    </w:p>
    <w:p>
      <w:pPr>
        <w:spacing w:after="200"/>
      </w:pPr>
      <w:r>
        <w:t>以下为自编流程样例，不含真实学生信息。</w:t>
      </w:r>
    </w:p>
    <w:p>
      <w:pPr>
        <w:spacing w:after="200"/>
      </w:pPr>
      <w:r>
        <w:t>准备材料：本节有两条需要核对的句子。</w:t>
      </w:r>
    </w:p>
    <w:p>
      <w:pPr>
        <w:spacing w:after="200"/>
      </w:pPr>
      <w:r>
        <w:t>中文原句：请确任作业中的日期、单位和题号。</w:t>
      </w:r>
    </w:p>
    <w:p>
      <w:pPr>
        <w:spacing w:after="200"/>
      </w:pPr>
      <w:r>
        <w:t>英文原句：The lesson include two examples.</w:t>
      </w:r>
    </w:p>
    <w:p>
      <w:pPr>
        <w:spacing w:after="200"/>
      </w:pPr>
      <w:r>
        <w:t>保留内容：课程代号为 LAB-A16；样例编号 2026-16。</w:t>
      </w:r>
    </w:p>
    <w:p>
      <w:pPr>
        <w:spacing w:after="200"/>
      </w:pPr>
      <w:r>
        <w:t>结束标记：WORD-PROOFREAD-END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课程讲义校对练习</dc:title>
  <dc:subject>自编中文及英文流程样例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